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B9" w:rsidRPr="0090649E" w:rsidRDefault="000C30B9" w:rsidP="000C30B9">
      <w:pPr>
        <w:jc w:val="right"/>
      </w:pPr>
      <w:r w:rsidRPr="0090649E">
        <w:t xml:space="preserve">Istebna, dnia </w:t>
      </w:r>
      <w:r w:rsidR="0070195D" w:rsidRPr="0090649E">
        <w:t>19 maja 2026</w:t>
      </w:r>
      <w:r w:rsidRPr="0090649E">
        <w:t xml:space="preserve"> r.</w:t>
      </w:r>
    </w:p>
    <w:p w:rsidR="000C30B9" w:rsidRPr="0090649E" w:rsidRDefault="000C30B9">
      <w:pPr>
        <w:jc w:val="center"/>
        <w:rPr>
          <w:b/>
          <w:sz w:val="28"/>
        </w:rPr>
      </w:pPr>
    </w:p>
    <w:p w:rsidR="00196AB7" w:rsidRPr="0090649E" w:rsidRDefault="00716ECD" w:rsidP="000C30B9">
      <w:pPr>
        <w:jc w:val="center"/>
      </w:pPr>
      <w:r w:rsidRPr="0090649E">
        <w:rPr>
          <w:b/>
          <w:sz w:val="28"/>
        </w:rPr>
        <w:t>ZAPROSZENIE DO ZŁOŻENIA OFERTY</w:t>
      </w:r>
    </w:p>
    <w:p w:rsidR="00196AB7" w:rsidRPr="0090649E" w:rsidRDefault="00716ECD" w:rsidP="000C30B9">
      <w:r w:rsidRPr="0090649E">
        <w:t>Na „Obsługę gastronomiczną XX</w:t>
      </w:r>
      <w:r w:rsidR="000C30B9" w:rsidRPr="0090649E">
        <w:t>IX</w:t>
      </w:r>
      <w:r w:rsidRPr="0090649E">
        <w:t xml:space="preserve"> Dni Istebnej </w:t>
      </w:r>
      <w:r w:rsidR="000C30B9" w:rsidRPr="0090649E">
        <w:t>11</w:t>
      </w:r>
      <w:r w:rsidRPr="0090649E">
        <w:t xml:space="preserve"> i </w:t>
      </w:r>
      <w:r w:rsidR="000C30B9" w:rsidRPr="0090649E">
        <w:t>12 lipca</w:t>
      </w:r>
      <w:r w:rsidRPr="0090649E">
        <w:t xml:space="preserve"> 202</w:t>
      </w:r>
      <w:r w:rsidR="000C30B9" w:rsidRPr="0090649E">
        <w:t>6</w:t>
      </w:r>
      <w:r w:rsidRPr="0090649E">
        <w:t xml:space="preserve"> roku </w:t>
      </w:r>
      <w:r w:rsidR="000C30B9" w:rsidRPr="0090649E">
        <w:t>- grill + 1</w:t>
      </w:r>
      <w:r w:rsidRPr="0090649E">
        <w:t xml:space="preserve"> </w:t>
      </w:r>
      <w:r w:rsidR="000C30B9" w:rsidRPr="0090649E">
        <w:t>pawilon gastronomiczny</w:t>
      </w:r>
      <w:r w:rsidRPr="0090649E">
        <w:t>”.</w:t>
      </w:r>
    </w:p>
    <w:p w:rsidR="00196AB7" w:rsidRPr="0090649E" w:rsidRDefault="00716ECD">
      <w:r w:rsidRPr="0090649E">
        <w:t>Prowadzący postępowanie:</w:t>
      </w:r>
    </w:p>
    <w:p w:rsidR="00196AB7" w:rsidRPr="0090649E" w:rsidRDefault="00716ECD">
      <w:r w:rsidRPr="0090649E">
        <w:t>Gminny Ośrodek Kultury, Promocji, Informacji Turystycznej i Biblioteka Publiczna w Istebnej</w:t>
      </w:r>
    </w:p>
    <w:p w:rsidR="00196AB7" w:rsidRPr="0090649E" w:rsidRDefault="00716ECD">
      <w:r w:rsidRPr="0090649E">
        <w:t>43-470 Istebna 68</w:t>
      </w:r>
    </w:p>
    <w:p w:rsidR="00196AB7" w:rsidRPr="0090649E" w:rsidRDefault="00716ECD">
      <w:r w:rsidRPr="0090649E">
        <w:t>NIP: 548-23-14-477</w:t>
      </w:r>
    </w:p>
    <w:p w:rsidR="000C30B9" w:rsidRPr="0090649E" w:rsidRDefault="000C30B9"/>
    <w:p w:rsidR="00196AB7" w:rsidRPr="0090649E" w:rsidRDefault="00716ECD">
      <w:r w:rsidRPr="0090649E">
        <w:t>Osoby upoważnione do kontaktów z oferentami:</w:t>
      </w:r>
    </w:p>
    <w:p w:rsidR="00196AB7" w:rsidRPr="0090649E" w:rsidRDefault="00716ECD">
      <w:r w:rsidRPr="0090649E">
        <w:t>W sprawa</w:t>
      </w:r>
      <w:r w:rsidR="00BB7612" w:rsidRPr="0090649E">
        <w:t xml:space="preserve">ch procedury konkursowej: </w:t>
      </w:r>
      <w:r w:rsidR="00B930E2">
        <w:t>Ewa Cudzich tel.</w:t>
      </w:r>
      <w:r w:rsidRPr="0090649E">
        <w:t xml:space="preserve"> 33-855-62-08</w:t>
      </w:r>
      <w:r w:rsidR="000C30B9" w:rsidRPr="0090649E">
        <w:t xml:space="preserve"> </w:t>
      </w:r>
      <w:r w:rsidRPr="0090649E">
        <w:t>/</w:t>
      </w:r>
      <w:r w:rsidR="000C30B9" w:rsidRPr="0090649E">
        <w:t xml:space="preserve"> </w:t>
      </w:r>
      <w:r w:rsidRPr="0090649E">
        <w:t>+48 791 452 222</w:t>
      </w:r>
    </w:p>
    <w:p w:rsidR="000C30B9" w:rsidRPr="0090649E" w:rsidRDefault="00716ECD">
      <w:r w:rsidRPr="0090649E">
        <w:t>W sprawach tec</w:t>
      </w:r>
      <w:r w:rsidR="00B930E2">
        <w:t>hnicznych: Jacek Kohut tel.</w:t>
      </w:r>
      <w:r w:rsidRPr="0090649E">
        <w:t xml:space="preserve"> 33-855-61-58</w:t>
      </w:r>
    </w:p>
    <w:p w:rsidR="00501358" w:rsidRPr="0090649E" w:rsidRDefault="00501358">
      <w:pPr>
        <w:rPr>
          <w:b/>
        </w:rPr>
      </w:pPr>
      <w:r w:rsidRPr="0090649E">
        <w:rPr>
          <w:b/>
        </w:rPr>
        <w:t>Termin wykonania zamówienia: 11 i 12 lipca 2026 roku.</w:t>
      </w:r>
    </w:p>
    <w:p w:rsidR="000C30B9" w:rsidRPr="0090649E" w:rsidRDefault="000C30B9" w:rsidP="00501358">
      <w:pPr>
        <w:jc w:val="center"/>
        <w:rPr>
          <w:b/>
        </w:rPr>
      </w:pPr>
      <w:r w:rsidRPr="0090649E">
        <w:rPr>
          <w:b/>
        </w:rPr>
        <w:t>I</w:t>
      </w:r>
    </w:p>
    <w:p w:rsidR="00196AB7" w:rsidRPr="0090649E" w:rsidRDefault="00716ECD" w:rsidP="00501358">
      <w:pPr>
        <w:jc w:val="center"/>
        <w:rPr>
          <w:b/>
        </w:rPr>
      </w:pPr>
      <w:r w:rsidRPr="0090649E">
        <w:rPr>
          <w:b/>
        </w:rPr>
        <w:t>Przedmiot zamówienia obejmuje wykonanie:</w:t>
      </w:r>
    </w:p>
    <w:p w:rsidR="00196AB7" w:rsidRPr="0090649E" w:rsidRDefault="00716ECD">
      <w:r w:rsidRPr="0090649E">
        <w:t>Gastronom powinien zapewnić w swojej ofercie minimum:</w:t>
      </w:r>
    </w:p>
    <w:p w:rsidR="00196AB7" w:rsidRPr="0090649E" w:rsidRDefault="00716ECD">
      <w:r w:rsidRPr="0090649E">
        <w:t>- stoisko grillowe: karczek, kiełbasa,</w:t>
      </w:r>
      <w:r w:rsidR="00BB7612" w:rsidRPr="0090649E">
        <w:t xml:space="preserve"> szaszłyki,</w:t>
      </w:r>
      <w:r w:rsidRPr="0090649E">
        <w:t xml:space="preserve"> kaszanka, kapusta zasmażana itp.</w:t>
      </w:r>
      <w:r w:rsidR="00501358" w:rsidRPr="0090649E">
        <w:t>;</w:t>
      </w:r>
    </w:p>
    <w:p w:rsidR="000C30B9" w:rsidRPr="0090649E" w:rsidRDefault="00716ECD">
      <w:r w:rsidRPr="0090649E">
        <w:t xml:space="preserve">- </w:t>
      </w:r>
      <w:r w:rsidR="000C30B9" w:rsidRPr="0090649E">
        <w:t xml:space="preserve">dania regionalne np. </w:t>
      </w:r>
      <w:r w:rsidRPr="0090649E">
        <w:t>placki ziemniaczane z blachy;</w:t>
      </w:r>
    </w:p>
    <w:p w:rsidR="00196AB7" w:rsidRPr="0090649E" w:rsidRDefault="000C30B9">
      <w:r w:rsidRPr="0090649E">
        <w:t>- dania fast food np.</w:t>
      </w:r>
      <w:r w:rsidR="00501358" w:rsidRPr="0090649E">
        <w:t xml:space="preserve"> frytki, hamburgery, zapiekanki</w:t>
      </w:r>
      <w:r w:rsidRPr="0090649E">
        <w:t>;</w:t>
      </w:r>
    </w:p>
    <w:p w:rsidR="000C30B9" w:rsidRPr="0090649E" w:rsidRDefault="000C30B9">
      <w:r w:rsidRPr="0090649E">
        <w:t xml:space="preserve">- dania gorące: </w:t>
      </w:r>
      <w:proofErr w:type="spellStart"/>
      <w:r w:rsidRPr="0090649E">
        <w:t>bogracz</w:t>
      </w:r>
      <w:proofErr w:type="spellEnd"/>
      <w:r w:rsidRPr="0090649E">
        <w:t>, bigos</w:t>
      </w:r>
      <w:r w:rsidR="00501358" w:rsidRPr="0090649E">
        <w:t>;</w:t>
      </w:r>
    </w:p>
    <w:p w:rsidR="00196AB7" w:rsidRPr="0090649E" w:rsidRDefault="00716ECD">
      <w:r w:rsidRPr="0090649E">
        <w:t>- napoje zimne</w:t>
      </w:r>
      <w:r w:rsidR="000C30B9" w:rsidRPr="0090649E">
        <w:t>,</w:t>
      </w:r>
      <w:r w:rsidRPr="0090649E">
        <w:t xml:space="preserve"> ciepłe,</w:t>
      </w:r>
      <w:r w:rsidR="000C30B9" w:rsidRPr="0090649E">
        <w:t xml:space="preserve"> alkoholowe i</w:t>
      </w:r>
      <w:r w:rsidR="00501358" w:rsidRPr="0090649E">
        <w:t xml:space="preserve"> bezalkoholowe;</w:t>
      </w:r>
    </w:p>
    <w:p w:rsidR="00501358" w:rsidRPr="0090649E" w:rsidRDefault="00501358">
      <w:r w:rsidRPr="0090649E">
        <w:t>- wata cukrowa, lody, popcorn;</w:t>
      </w:r>
    </w:p>
    <w:p w:rsidR="00196AB7" w:rsidRPr="0090649E" w:rsidRDefault="00716ECD">
      <w:r w:rsidRPr="0090649E">
        <w:t>- i inne np. ciasta i kołacze</w:t>
      </w:r>
      <w:r w:rsidR="00501358" w:rsidRPr="0090649E">
        <w:t>.</w:t>
      </w:r>
    </w:p>
    <w:p w:rsidR="00196AB7" w:rsidRPr="0090649E" w:rsidRDefault="00716ECD">
      <w:r w:rsidRPr="0090649E">
        <w:t>UWAGA!</w:t>
      </w:r>
    </w:p>
    <w:p w:rsidR="00196AB7" w:rsidRPr="0090649E" w:rsidRDefault="00716ECD">
      <w:r w:rsidRPr="0090649E">
        <w:t>- istnieje możliwoś</w:t>
      </w:r>
      <w:r w:rsidR="00501358" w:rsidRPr="0090649E">
        <w:t xml:space="preserve">ć podłączenia na grillu lodówki, </w:t>
      </w:r>
      <w:r w:rsidRPr="0090649E">
        <w:t>zamrażarki lub czajnika elektrycznego.</w:t>
      </w:r>
    </w:p>
    <w:p w:rsidR="00501358" w:rsidRPr="0090649E" w:rsidRDefault="00501358" w:rsidP="00501358">
      <w:pPr>
        <w:jc w:val="center"/>
        <w:rPr>
          <w:b/>
        </w:rPr>
      </w:pPr>
      <w:r w:rsidRPr="0090649E">
        <w:rPr>
          <w:b/>
        </w:rPr>
        <w:lastRenderedPageBreak/>
        <w:t>II</w:t>
      </w:r>
    </w:p>
    <w:p w:rsidR="00196AB7" w:rsidRPr="0090649E" w:rsidRDefault="00716ECD" w:rsidP="00501358">
      <w:pPr>
        <w:jc w:val="center"/>
        <w:rPr>
          <w:b/>
        </w:rPr>
      </w:pPr>
      <w:r w:rsidRPr="0090649E">
        <w:rPr>
          <w:b/>
        </w:rPr>
        <w:t>Opis sposobu przygotowania oferty konkursowej.</w:t>
      </w:r>
    </w:p>
    <w:p w:rsidR="00196AB7" w:rsidRPr="0090649E" w:rsidRDefault="00716ECD">
      <w:r w:rsidRPr="0090649E">
        <w:t>1. Oferta musi zostać sporządzona na formularzu stanowiącym załącznik 1 do niniejszej</w:t>
      </w:r>
    </w:p>
    <w:p w:rsidR="00196AB7" w:rsidRPr="0090649E" w:rsidRDefault="00716ECD">
      <w:r w:rsidRPr="0090649E">
        <w:t>instrukcji.</w:t>
      </w:r>
    </w:p>
    <w:p w:rsidR="00196AB7" w:rsidRPr="0090649E" w:rsidRDefault="00716ECD">
      <w:r w:rsidRPr="0090649E">
        <w:t>2. Do oferty muszą zostać załączone wszystkie dokumenty wymagane postanowieniami punktu</w:t>
      </w:r>
    </w:p>
    <w:p w:rsidR="00196AB7" w:rsidRPr="0090649E" w:rsidRDefault="00BB7612">
      <w:r w:rsidRPr="0090649E">
        <w:t>I</w:t>
      </w:r>
      <w:r w:rsidR="00716ECD" w:rsidRPr="0090649E">
        <w:t>V niniejszej instrukcji.</w:t>
      </w:r>
    </w:p>
    <w:p w:rsidR="00196AB7" w:rsidRPr="0090649E" w:rsidRDefault="00716ECD">
      <w:r w:rsidRPr="0090649E">
        <w:t>3. W przypadku, gdyby oferent, jako załącznik do oferty, dołączył kopię dokumentu, kopia ta</w:t>
      </w:r>
    </w:p>
    <w:p w:rsidR="00196AB7" w:rsidRPr="0090649E" w:rsidRDefault="00716ECD">
      <w:r w:rsidRPr="0090649E">
        <w:t>winna być potwierdzona przez osobę podpisującą ofertę.</w:t>
      </w:r>
    </w:p>
    <w:p w:rsidR="00196AB7" w:rsidRPr="0090649E" w:rsidRDefault="00716ECD">
      <w:r w:rsidRPr="0090649E">
        <w:t>4. Formularz oferty wraz z załącznikami musi zostać podpisany przez upoważnionego</w:t>
      </w:r>
    </w:p>
    <w:p w:rsidR="00196AB7" w:rsidRPr="0090649E" w:rsidRDefault="00716ECD">
      <w:r w:rsidRPr="0090649E">
        <w:t>przedstawiciela oferenta.</w:t>
      </w:r>
    </w:p>
    <w:p w:rsidR="00196AB7" w:rsidRPr="0090649E" w:rsidRDefault="00716ECD">
      <w:r w:rsidRPr="0090649E">
        <w:t>5. Oferent winien umieścić ofertę wraz z wszystkimi wymaganymi dokumentami w kopercie</w:t>
      </w:r>
    </w:p>
    <w:p w:rsidR="00196AB7" w:rsidRPr="0090649E" w:rsidRDefault="00716ECD">
      <w:r w:rsidRPr="0090649E">
        <w:t>posiadającej oznaczenia określone w ogłoszeniu lub zawiadomieniu.</w:t>
      </w:r>
    </w:p>
    <w:p w:rsidR="00BB7612" w:rsidRPr="0090649E" w:rsidRDefault="00BB7612"/>
    <w:p w:rsidR="00501358" w:rsidRPr="0090649E" w:rsidRDefault="00501358" w:rsidP="00501358">
      <w:pPr>
        <w:jc w:val="center"/>
        <w:rPr>
          <w:b/>
        </w:rPr>
      </w:pPr>
      <w:r w:rsidRPr="0090649E">
        <w:rPr>
          <w:b/>
        </w:rPr>
        <w:t>III</w:t>
      </w:r>
    </w:p>
    <w:p w:rsidR="00196AB7" w:rsidRPr="0090649E" w:rsidRDefault="00716ECD" w:rsidP="00501358">
      <w:pPr>
        <w:jc w:val="center"/>
        <w:rPr>
          <w:b/>
        </w:rPr>
      </w:pPr>
      <w:r w:rsidRPr="0090649E">
        <w:rPr>
          <w:b/>
        </w:rPr>
        <w:t>Warunki podmiotowe, które musi spełnić oferent składający ofertę.</w:t>
      </w:r>
    </w:p>
    <w:p w:rsidR="00196AB7" w:rsidRPr="0090649E" w:rsidRDefault="00BB7612">
      <w:r w:rsidRPr="0090649E">
        <w:t>1. Minimalna cena ofertowa 9 9</w:t>
      </w:r>
      <w:r w:rsidR="00716ECD" w:rsidRPr="0090649E">
        <w:t>00,00 złotych brutto + media (100% prąd według zużycia z</w:t>
      </w:r>
    </w:p>
    <w:p w:rsidR="00196AB7" w:rsidRPr="0090649E" w:rsidRDefault="00716ECD">
      <w:r w:rsidRPr="0090649E">
        <w:t xml:space="preserve">licznika, wywóz nieczystości stałych – </w:t>
      </w:r>
      <w:r w:rsidR="00BB7612" w:rsidRPr="0090649E">
        <w:t xml:space="preserve">po stronie GOK-u) </w:t>
      </w:r>
    </w:p>
    <w:p w:rsidR="00196AB7" w:rsidRPr="0090649E" w:rsidRDefault="00716ECD">
      <w:r w:rsidRPr="0090649E">
        <w:t>2. Oferent winien przedstawić szczegółową listę produktów, napojów i potraw, które będą</w:t>
      </w:r>
    </w:p>
    <w:p w:rsidR="00196AB7" w:rsidRPr="0090649E" w:rsidRDefault="00716ECD">
      <w:r w:rsidRPr="0090649E">
        <w:t>sprzedawane podczas imprezy.</w:t>
      </w:r>
    </w:p>
    <w:p w:rsidR="00196AB7" w:rsidRPr="0090649E" w:rsidRDefault="00716ECD">
      <w:r w:rsidRPr="0090649E">
        <w:t xml:space="preserve">3. Doświadczenie oferenta </w:t>
      </w:r>
      <w:r w:rsidR="00BB7612" w:rsidRPr="0090649E">
        <w:t>-</w:t>
      </w:r>
      <w:r w:rsidRPr="0090649E">
        <w:t xml:space="preserve"> oferent musi przedstawić w ofercie zrealizowanie co najmniej jednej</w:t>
      </w:r>
    </w:p>
    <w:p w:rsidR="00196AB7" w:rsidRPr="0090649E" w:rsidRDefault="00716ECD">
      <w:r w:rsidRPr="0090649E">
        <w:t>imprezy o charakterze i wartości podobnych do niniejszego zamówienia.</w:t>
      </w:r>
    </w:p>
    <w:p w:rsidR="00196AB7" w:rsidRPr="0090649E" w:rsidRDefault="00716ECD">
      <w:r w:rsidRPr="0090649E">
        <w:t>Niespełnienie ww. warunków spowoduje odrzucenie oferty konkursowej.</w:t>
      </w:r>
    </w:p>
    <w:p w:rsidR="00BB7612" w:rsidRPr="0090649E" w:rsidRDefault="00BB7612"/>
    <w:p w:rsidR="00BB7612" w:rsidRPr="0090649E" w:rsidRDefault="00BB7612" w:rsidP="00BB7612">
      <w:pPr>
        <w:jc w:val="center"/>
        <w:rPr>
          <w:b/>
        </w:rPr>
      </w:pPr>
      <w:r w:rsidRPr="0090649E">
        <w:rPr>
          <w:b/>
        </w:rPr>
        <w:t>I</w:t>
      </w:r>
      <w:r w:rsidR="00716ECD" w:rsidRPr="0090649E">
        <w:rPr>
          <w:b/>
        </w:rPr>
        <w:t>V</w:t>
      </w:r>
    </w:p>
    <w:p w:rsidR="00196AB7" w:rsidRPr="0090649E" w:rsidRDefault="00716ECD" w:rsidP="00BB7612">
      <w:pPr>
        <w:jc w:val="center"/>
        <w:rPr>
          <w:b/>
        </w:rPr>
      </w:pPr>
      <w:r w:rsidRPr="0090649E">
        <w:rPr>
          <w:b/>
        </w:rPr>
        <w:t>Dokumenty wymagane w ofercie konkursowej.</w:t>
      </w:r>
    </w:p>
    <w:p w:rsidR="00196AB7" w:rsidRPr="0090649E" w:rsidRDefault="00716ECD">
      <w:r w:rsidRPr="0090649E">
        <w:t>1. Formularz oferty wraz z formularzem cenowym.</w:t>
      </w:r>
    </w:p>
    <w:p w:rsidR="00196AB7" w:rsidRPr="0090649E" w:rsidRDefault="00716ECD">
      <w:r w:rsidRPr="0090649E">
        <w:lastRenderedPageBreak/>
        <w:t>2. Aktualny odpis z właściwego rejestru, jeżeli odrębne przepisy wymagają wpisu do</w:t>
      </w:r>
      <w:r w:rsidR="00B930E2">
        <w:t xml:space="preserve"> </w:t>
      </w:r>
      <w:r w:rsidRPr="0090649E">
        <w:t>rejestru.</w:t>
      </w:r>
    </w:p>
    <w:p w:rsidR="00196AB7" w:rsidRPr="0090649E" w:rsidRDefault="00716ECD">
      <w:r w:rsidRPr="0090649E">
        <w:t>3. Referencje potwierdzające prace wymienione w ofercie.</w:t>
      </w:r>
    </w:p>
    <w:p w:rsidR="00BB7612" w:rsidRPr="0090649E" w:rsidRDefault="00BB7612" w:rsidP="00BB7612">
      <w:pPr>
        <w:jc w:val="center"/>
        <w:rPr>
          <w:b/>
        </w:rPr>
      </w:pPr>
      <w:r w:rsidRPr="0090649E">
        <w:rPr>
          <w:b/>
        </w:rPr>
        <w:t>V</w:t>
      </w:r>
    </w:p>
    <w:p w:rsidR="00196AB7" w:rsidRPr="0090649E" w:rsidRDefault="00716ECD">
      <w:r w:rsidRPr="0090649E">
        <w:rPr>
          <w:b/>
        </w:rPr>
        <w:t>Oferty cenowe należy składać:</w:t>
      </w:r>
      <w:r w:rsidRPr="0090649E">
        <w:t xml:space="preserve"> osobiście lub przesyłką w siedzibie Zamawiającego (biuro</w:t>
      </w:r>
      <w:r w:rsidR="0070195D" w:rsidRPr="0090649E">
        <w:t xml:space="preserve"> </w:t>
      </w:r>
      <w:r w:rsidRPr="0090649E">
        <w:t xml:space="preserve">Ośrodka), w nieprzekraczalnym terminie do dnia </w:t>
      </w:r>
      <w:r w:rsidR="00BB7612" w:rsidRPr="0090649E">
        <w:t>15 czerwca</w:t>
      </w:r>
      <w:r w:rsidRPr="0090649E">
        <w:t xml:space="preserve"> 202</w:t>
      </w:r>
      <w:r w:rsidR="00BB7612" w:rsidRPr="0090649E">
        <w:t>6</w:t>
      </w:r>
      <w:r w:rsidRPr="0090649E">
        <w:t xml:space="preserve"> r. do godz. 11:00 z</w:t>
      </w:r>
      <w:r w:rsidR="00BB7612" w:rsidRPr="0090649E">
        <w:t xml:space="preserve"> </w:t>
      </w:r>
      <w:r w:rsidRPr="0090649E">
        <w:t xml:space="preserve">dopiskiem </w:t>
      </w:r>
      <w:r w:rsidR="00BB7612" w:rsidRPr="0090649E">
        <w:t>„Obsługa gastronomiczna XXIX Dni Istebnej 11 i 12 lipca 2026 roku - grill + 1 pawilon gastronomiczny”</w:t>
      </w:r>
      <w:r w:rsidRPr="0090649E">
        <w:t>.</w:t>
      </w:r>
    </w:p>
    <w:p w:rsidR="00BB7612" w:rsidRPr="0090649E" w:rsidRDefault="00BB7612" w:rsidP="00BB7612">
      <w:pPr>
        <w:jc w:val="center"/>
        <w:rPr>
          <w:b/>
        </w:rPr>
      </w:pPr>
      <w:r w:rsidRPr="0090649E">
        <w:rPr>
          <w:b/>
        </w:rPr>
        <w:t>VI</w:t>
      </w:r>
    </w:p>
    <w:p w:rsidR="00196AB7" w:rsidRPr="0090649E" w:rsidRDefault="00716ECD" w:rsidP="00BB7612">
      <w:r w:rsidRPr="0090649E">
        <w:t xml:space="preserve">Otwarcie ofert i sporządzenie protokołu z cenami ofertowymi nastąpi w dniu </w:t>
      </w:r>
      <w:r w:rsidR="00BB7612" w:rsidRPr="0090649E">
        <w:t>15 czerwca 2026</w:t>
      </w:r>
      <w:r w:rsidRPr="0090649E">
        <w:t xml:space="preserve"> r. do godz. 12:00 w siedzibie Zamawiającego.</w:t>
      </w:r>
    </w:p>
    <w:p w:rsidR="00BB7612" w:rsidRPr="0090649E" w:rsidRDefault="00BB7612" w:rsidP="00BB7612"/>
    <w:p w:rsidR="00BB7612" w:rsidRPr="0090649E" w:rsidRDefault="00BB7612" w:rsidP="00BB7612">
      <w:pPr>
        <w:jc w:val="center"/>
        <w:rPr>
          <w:b/>
        </w:rPr>
      </w:pPr>
      <w:r w:rsidRPr="0090649E">
        <w:rPr>
          <w:b/>
        </w:rPr>
        <w:t>VII</w:t>
      </w:r>
    </w:p>
    <w:p w:rsidR="00196AB7" w:rsidRPr="0090649E" w:rsidRDefault="00716ECD" w:rsidP="00BB7612">
      <w:pPr>
        <w:jc w:val="center"/>
        <w:rPr>
          <w:b/>
        </w:rPr>
      </w:pPr>
      <w:r w:rsidRPr="0090649E">
        <w:rPr>
          <w:b/>
        </w:rPr>
        <w:t>Opis sposobu obliczenia ceny oferty.</w:t>
      </w:r>
    </w:p>
    <w:p w:rsidR="00196AB7" w:rsidRPr="0090649E" w:rsidRDefault="00716ECD">
      <w:r w:rsidRPr="0090649E">
        <w:t>1. Cena oferty powinna obejmować:</w:t>
      </w:r>
    </w:p>
    <w:p w:rsidR="00196AB7" w:rsidRPr="0090649E" w:rsidRDefault="00716ECD">
      <w:r w:rsidRPr="0090649E">
        <w:t>- wszystkie koszty związane z realizacją i odbiorem przedmiotu zamówienia.</w:t>
      </w:r>
    </w:p>
    <w:p w:rsidR="00196AB7" w:rsidRPr="0090649E" w:rsidRDefault="00716ECD">
      <w:r w:rsidRPr="0090649E">
        <w:t>2. Rozliczenie za wykonany przedmiot zamówienia odbywać się będzie w PLN.</w:t>
      </w:r>
    </w:p>
    <w:p w:rsidR="00BB7612" w:rsidRPr="0090649E" w:rsidRDefault="00BB7612"/>
    <w:p w:rsidR="00BB7612" w:rsidRPr="0090649E" w:rsidRDefault="00BB7612" w:rsidP="00BB7612">
      <w:pPr>
        <w:jc w:val="center"/>
        <w:rPr>
          <w:b/>
        </w:rPr>
      </w:pPr>
      <w:r w:rsidRPr="0090649E">
        <w:rPr>
          <w:b/>
        </w:rPr>
        <w:t>VIII</w:t>
      </w:r>
    </w:p>
    <w:p w:rsidR="00196AB7" w:rsidRPr="0090649E" w:rsidRDefault="00716ECD" w:rsidP="00BB7612">
      <w:pPr>
        <w:jc w:val="center"/>
        <w:rPr>
          <w:b/>
        </w:rPr>
      </w:pPr>
      <w:r w:rsidRPr="0090649E">
        <w:rPr>
          <w:b/>
        </w:rPr>
        <w:t>Kryterium oceny oferty.</w:t>
      </w:r>
    </w:p>
    <w:p w:rsidR="00196AB7" w:rsidRPr="0090649E" w:rsidRDefault="00716ECD">
      <w:r w:rsidRPr="0090649E">
        <w:t>Przy wyborze oferty konkursowej Zamawiający będzie się kierował następującymi kryteriami</w:t>
      </w:r>
    </w:p>
    <w:p w:rsidR="00196AB7" w:rsidRPr="0090649E" w:rsidRDefault="00716ECD">
      <w:r w:rsidRPr="0090649E">
        <w:t>i ich znaczeniem:</w:t>
      </w:r>
    </w:p>
    <w:p w:rsidR="00196AB7" w:rsidRPr="0090649E" w:rsidRDefault="00716ECD">
      <w:r w:rsidRPr="0090649E">
        <w:t>Cena – 60%</w:t>
      </w:r>
    </w:p>
    <w:p w:rsidR="00196AB7" w:rsidRPr="0090649E" w:rsidRDefault="00716ECD">
      <w:r w:rsidRPr="0090649E">
        <w:t>Doświadczenie - 20%</w:t>
      </w:r>
    </w:p>
    <w:p w:rsidR="0072163A" w:rsidRPr="0090649E" w:rsidRDefault="00716ECD" w:rsidP="00B930E2">
      <w:pPr>
        <w:rPr>
          <w:b/>
        </w:rPr>
      </w:pPr>
      <w:r w:rsidRPr="0090649E">
        <w:t>Lista produktów – 20%</w:t>
      </w:r>
    </w:p>
    <w:p w:rsidR="0072163A" w:rsidRPr="0090649E" w:rsidRDefault="0072163A" w:rsidP="0072163A">
      <w:pPr>
        <w:jc w:val="center"/>
        <w:rPr>
          <w:b/>
        </w:rPr>
      </w:pPr>
      <w:r w:rsidRPr="0090649E">
        <w:rPr>
          <w:b/>
        </w:rPr>
        <w:t>IX</w:t>
      </w:r>
    </w:p>
    <w:p w:rsidR="00196AB7" w:rsidRPr="0090649E" w:rsidRDefault="00716ECD">
      <w:r w:rsidRPr="0090649E">
        <w:t>W sprawach nieuregulowanych zastosowanie mają przepisy zawarte w Kodeksie Cywilnym.</w:t>
      </w:r>
    </w:p>
    <w:p w:rsidR="00196AB7" w:rsidRPr="0090649E" w:rsidRDefault="00716ECD">
      <w:r w:rsidRPr="0090649E">
        <w:t>W załączeniu:</w:t>
      </w:r>
    </w:p>
    <w:p w:rsidR="00196AB7" w:rsidRPr="0090649E" w:rsidRDefault="00716ECD">
      <w:r w:rsidRPr="0090649E">
        <w:t>1. Wzór formularza ofertowego.</w:t>
      </w:r>
    </w:p>
    <w:p w:rsidR="00196AB7" w:rsidRPr="0090649E" w:rsidRDefault="00716ECD">
      <w:r w:rsidRPr="0090649E">
        <w:lastRenderedPageBreak/>
        <w:t>1a. Oświadczenie dla osób fizycznych,</w:t>
      </w:r>
    </w:p>
    <w:p w:rsidR="00196AB7" w:rsidRPr="0090649E" w:rsidRDefault="00716ECD">
      <w:r w:rsidRPr="0090649E">
        <w:t>2.Lista Produktów.</w:t>
      </w:r>
    </w:p>
    <w:p w:rsidR="0072163A" w:rsidRPr="0090649E" w:rsidRDefault="0072163A"/>
    <w:p w:rsidR="0072163A" w:rsidRPr="0090649E" w:rsidRDefault="0072163A"/>
    <w:p w:rsidR="0072163A" w:rsidRPr="0090649E" w:rsidRDefault="0072163A"/>
    <w:p w:rsidR="0072163A" w:rsidRPr="0090649E" w:rsidRDefault="0072163A"/>
    <w:p w:rsidR="00196AB7" w:rsidRPr="0090649E" w:rsidRDefault="00716ECD" w:rsidP="0072163A">
      <w:pPr>
        <w:ind w:left="5040" w:firstLine="720"/>
      </w:pPr>
      <w:r w:rsidRPr="0090649E">
        <w:t>................................................</w:t>
      </w:r>
    </w:p>
    <w:p w:rsidR="00196AB7" w:rsidRPr="0090649E" w:rsidRDefault="00716ECD" w:rsidP="0072163A">
      <w:pPr>
        <w:ind w:left="5040" w:firstLine="720"/>
      </w:pPr>
      <w:r w:rsidRPr="0090649E">
        <w:t>Pieczęć i podpis zamawiającego</w:t>
      </w:r>
    </w:p>
    <w:p w:rsidR="00196AB7" w:rsidRDefault="00716ECD">
      <w:r>
        <w:t>………………………..</w:t>
      </w:r>
    </w:p>
    <w:p w:rsidR="00196AB7" w:rsidRDefault="00716ECD">
      <w:r>
        <w:t>Pieczęć Wykonawcy</w:t>
      </w:r>
    </w:p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B930E2" w:rsidRDefault="00B930E2" w:rsidP="0072163A">
      <w:pPr>
        <w:ind w:left="7200"/>
      </w:pPr>
    </w:p>
    <w:p w:rsidR="00B930E2" w:rsidRDefault="00B930E2" w:rsidP="0072163A">
      <w:pPr>
        <w:ind w:left="7200"/>
      </w:pPr>
    </w:p>
    <w:p w:rsidR="00B930E2" w:rsidRDefault="00B930E2" w:rsidP="0072163A">
      <w:pPr>
        <w:ind w:left="7200"/>
      </w:pPr>
    </w:p>
    <w:p w:rsidR="00B930E2" w:rsidRDefault="00B930E2" w:rsidP="0072163A">
      <w:pPr>
        <w:ind w:left="7200"/>
      </w:pPr>
    </w:p>
    <w:p w:rsidR="00196AB7" w:rsidRDefault="00716ECD" w:rsidP="0072163A">
      <w:pPr>
        <w:ind w:left="7200"/>
      </w:pPr>
      <w:bookmarkStart w:id="0" w:name="_GoBack"/>
      <w:bookmarkEnd w:id="0"/>
      <w:r>
        <w:lastRenderedPageBreak/>
        <w:t>Zał. nr 1</w:t>
      </w:r>
    </w:p>
    <w:p w:rsidR="00196AB7" w:rsidRPr="0072163A" w:rsidRDefault="00716ECD" w:rsidP="0072163A">
      <w:pPr>
        <w:jc w:val="center"/>
        <w:rPr>
          <w:b/>
        </w:rPr>
      </w:pPr>
      <w:r w:rsidRPr="0072163A">
        <w:rPr>
          <w:b/>
        </w:rPr>
        <w:t>OFERTA</w:t>
      </w:r>
    </w:p>
    <w:p w:rsidR="00196AB7" w:rsidRDefault="00716ECD">
      <w:r>
        <w:t xml:space="preserve">W odpowiedzi na ogłoszenie o konkursie ofert na: </w:t>
      </w:r>
      <w:r w:rsidR="00BB7612">
        <w:t>„Obsługę gastronomiczną XXIX Dni Istebnej 11 i 12 lipca 2026 roku - grill + 1 pawilon gastronomiczny”</w:t>
      </w:r>
      <w:r>
        <w:t>.</w:t>
      </w:r>
    </w:p>
    <w:p w:rsidR="00196AB7" w:rsidRDefault="00716ECD">
      <w:r>
        <w:t>Składamy niniejszą ofertę.</w:t>
      </w:r>
    </w:p>
    <w:p w:rsidR="00196AB7" w:rsidRDefault="00716ECD">
      <w:r>
        <w:t>Dane wykonawcy: _________________________________________________</w:t>
      </w:r>
    </w:p>
    <w:p w:rsidR="00196AB7" w:rsidRDefault="00716ECD">
      <w:r>
        <w:t>Adres</w:t>
      </w:r>
      <w:r w:rsidR="0072163A">
        <w:t>:</w:t>
      </w:r>
      <w:r w:rsidR="0072163A" w:rsidRPr="0072163A">
        <w:t xml:space="preserve"> </w:t>
      </w:r>
      <w:r w:rsidR="0072163A">
        <w:t>_________________________________</w:t>
      </w:r>
      <w:r>
        <w:t>Kod pocztowy</w:t>
      </w:r>
      <w:r w:rsidR="0072163A">
        <w:t>:</w:t>
      </w:r>
      <w:r w:rsidR="0072163A" w:rsidRPr="0072163A">
        <w:t xml:space="preserve"> </w:t>
      </w:r>
      <w:r w:rsidR="0072163A">
        <w:t>________________________</w:t>
      </w:r>
    </w:p>
    <w:p w:rsidR="00196AB7" w:rsidRDefault="0072163A">
      <w:r>
        <w:t>Tel.:</w:t>
      </w:r>
      <w:r w:rsidRPr="0072163A">
        <w:t xml:space="preserve"> </w:t>
      </w:r>
      <w:r>
        <w:t>_________________________________</w:t>
      </w:r>
      <w:r w:rsidR="00716ECD">
        <w:t>Fax.</w:t>
      </w:r>
      <w:r>
        <w:t>:</w:t>
      </w:r>
      <w:r w:rsidRPr="0072163A">
        <w:t xml:space="preserve"> </w:t>
      </w:r>
      <w:r>
        <w:t>_________________________________</w:t>
      </w:r>
    </w:p>
    <w:p w:rsidR="00196AB7" w:rsidRDefault="00716ECD">
      <w:r>
        <w:t>REGON</w:t>
      </w:r>
      <w:r w:rsidR="0072163A">
        <w:t>:</w:t>
      </w:r>
      <w:r w:rsidR="0072163A" w:rsidRPr="0072163A">
        <w:t xml:space="preserve"> </w:t>
      </w:r>
      <w:r w:rsidR="0072163A">
        <w:t>_________________________________</w:t>
      </w:r>
      <w:r>
        <w:t>NIP</w:t>
      </w:r>
      <w:r w:rsidR="0072163A">
        <w:t>:</w:t>
      </w:r>
      <w:r w:rsidR="0072163A" w:rsidRPr="0072163A">
        <w:t xml:space="preserve"> </w:t>
      </w:r>
      <w:r w:rsidR="0072163A">
        <w:t>_________________________________</w:t>
      </w:r>
    </w:p>
    <w:p w:rsidR="00196AB7" w:rsidRDefault="00716ECD">
      <w:r>
        <w:t>Adres e-mail</w:t>
      </w:r>
      <w:r w:rsidR="0072163A">
        <w:t>:</w:t>
      </w:r>
      <w:r w:rsidR="0072163A" w:rsidRPr="0072163A">
        <w:t xml:space="preserve"> </w:t>
      </w:r>
      <w:r w:rsidR="0072163A">
        <w:t>__________________________</w:t>
      </w:r>
      <w:r>
        <w:t>Strona internetowa</w:t>
      </w:r>
      <w:r w:rsidR="0072163A">
        <w:t>:</w:t>
      </w:r>
      <w:r w:rsidR="0072163A" w:rsidRPr="0072163A">
        <w:t xml:space="preserve"> </w:t>
      </w:r>
      <w:r w:rsidR="0072163A">
        <w:t>________________________</w:t>
      </w:r>
    </w:p>
    <w:p w:rsidR="00196AB7" w:rsidRDefault="00716ECD">
      <w:r>
        <w:t>Osobami do kontaktów z zamawiającym odpowiedzialnymi za wykonanie zobowiązań umowy są:</w:t>
      </w:r>
    </w:p>
    <w:p w:rsidR="00196AB7" w:rsidRDefault="00716ECD">
      <w:r>
        <w:t>........................................................................................................................</w:t>
      </w:r>
    </w:p>
    <w:p w:rsidR="00196AB7" w:rsidRDefault="00716ECD">
      <w:r>
        <w:t>Oświadczamy, że zapoznaliśmy się z zakresem realizacji zamówienia i nie wnosimy żadnych</w:t>
      </w:r>
    </w:p>
    <w:p w:rsidR="00196AB7" w:rsidRDefault="00716ECD">
      <w:r>
        <w:t>zastrzeżeń.</w:t>
      </w:r>
    </w:p>
    <w:p w:rsidR="00196AB7" w:rsidRDefault="00716ECD" w:rsidP="0072163A">
      <w:r>
        <w:t xml:space="preserve">Składamy niniejszą ofertę konkursową proponując cenę za </w:t>
      </w:r>
      <w:r w:rsidR="0072163A">
        <w:t>„Obsługę gastronomiczną XXIX Dni Istebnej 11 i 12 lipca 2026 roku - grill + 1 pawilon gastronomiczny”</w:t>
      </w:r>
      <w:r>
        <w:t>.</w:t>
      </w:r>
    </w:p>
    <w:p w:rsidR="00196AB7" w:rsidRDefault="00716ECD">
      <w:r>
        <w:t xml:space="preserve"> ____________ zł brutto,</w:t>
      </w:r>
    </w:p>
    <w:p w:rsidR="00196AB7" w:rsidRDefault="00716ECD">
      <w:r>
        <w:t>słownie:_____________________________________________________________ złotych brutto,</w:t>
      </w:r>
    </w:p>
    <w:p w:rsidR="00196AB7" w:rsidRDefault="00716ECD">
      <w:r>
        <w:t xml:space="preserve">Termin realizacji niniejszego zamówienia – </w:t>
      </w:r>
      <w:r w:rsidR="0072163A">
        <w:t>11 i 12 lipca 2026  rok</w:t>
      </w:r>
      <w:r>
        <w:t>.</w:t>
      </w:r>
    </w:p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72163A" w:rsidRDefault="0072163A"/>
    <w:p w:rsidR="00196AB7" w:rsidRPr="0072163A" w:rsidRDefault="00716ECD" w:rsidP="0072163A">
      <w:pPr>
        <w:jc w:val="center"/>
        <w:rPr>
          <w:b/>
        </w:rPr>
      </w:pPr>
      <w:r w:rsidRPr="0072163A">
        <w:rPr>
          <w:b/>
        </w:rPr>
        <w:lastRenderedPageBreak/>
        <w:t>OŚWIADCZENIE OFERENTA</w:t>
      </w:r>
    </w:p>
    <w:p w:rsidR="00196AB7" w:rsidRDefault="00716ECD" w:rsidP="0072163A">
      <w:r>
        <w:t>1.Oświadczamy, że zamówienie zrealizujemy z należytą starannością w oparciu o</w:t>
      </w:r>
      <w:r w:rsidR="0072163A">
        <w:t xml:space="preserve"> </w:t>
      </w:r>
      <w:r>
        <w:t>złożoną ofertę, zaproponowane powyżej wynagrodzenie,</w:t>
      </w:r>
    </w:p>
    <w:p w:rsidR="00196AB7" w:rsidRDefault="00716ECD" w:rsidP="0072163A">
      <w:r>
        <w:t>2.Oświadczamy, że w przypadku występowania w postępowaniu jako osoba fizyczna,</w:t>
      </w:r>
      <w:r w:rsidR="0072163A">
        <w:t xml:space="preserve"> </w:t>
      </w:r>
      <w:r>
        <w:t>składamy razem z ofertą oświadczenie, które stanowi załącznik 1a, do niniejszego</w:t>
      </w:r>
      <w:r w:rsidR="0072163A">
        <w:t xml:space="preserve"> </w:t>
      </w:r>
      <w:r>
        <w:t>Formularza wraz z wypisem z Centralnej Ewidencji i Informacji o Działalności</w:t>
      </w:r>
      <w:r w:rsidR="0072163A">
        <w:t xml:space="preserve"> </w:t>
      </w:r>
      <w:r>
        <w:t>Gospodarczej na potwierdzenie podpisania przez osoby umocowane.</w:t>
      </w:r>
    </w:p>
    <w:p w:rsidR="00196AB7" w:rsidRDefault="00716ECD">
      <w:r>
        <w:t>Uwaga: W przypadku występowania podmiotów w innych formach niż określone w pkt. 2</w:t>
      </w:r>
      <w:r w:rsidR="0072163A">
        <w:t xml:space="preserve"> </w:t>
      </w:r>
      <w:r>
        <w:t>oświadczenia wynikającego z załącznika 1a nie składają.</w:t>
      </w:r>
    </w:p>
    <w:p w:rsidR="0072163A" w:rsidRDefault="0072163A"/>
    <w:p w:rsidR="006C459F" w:rsidRPr="006C459F" w:rsidRDefault="00716ECD" w:rsidP="006C459F">
      <w:pPr>
        <w:jc w:val="center"/>
        <w:rPr>
          <w:b/>
        </w:rPr>
      </w:pPr>
      <w:r w:rsidRPr="0072163A">
        <w:rPr>
          <w:b/>
        </w:rPr>
        <w:t>DOŚWIADCZENIE OFERENTA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637"/>
        <w:gridCol w:w="3543"/>
      </w:tblGrid>
      <w:tr w:rsidR="006C459F" w:rsidTr="006C459F">
        <w:trPr>
          <w:trHeight w:val="836"/>
        </w:trPr>
        <w:tc>
          <w:tcPr>
            <w:tcW w:w="5637" w:type="dxa"/>
          </w:tcPr>
          <w:p w:rsidR="006C459F" w:rsidRDefault="006C459F" w:rsidP="006C459F">
            <w:pPr>
              <w:jc w:val="center"/>
            </w:pPr>
            <w:r>
              <w:t>Opis zrealizowanych prac o charakterze i zakresie podobnym do niniejszego zamówienia wraz z podaniem nazwy zamawiającego i terminu zrealizowanych prac.</w:t>
            </w:r>
          </w:p>
        </w:tc>
        <w:tc>
          <w:tcPr>
            <w:tcW w:w="3543" w:type="dxa"/>
          </w:tcPr>
          <w:p w:rsidR="006C459F" w:rsidRDefault="006C459F" w:rsidP="006C459F">
            <w:pPr>
              <w:jc w:val="center"/>
            </w:pPr>
            <w:r>
              <w:t>Suma kwot realizacji zamówienia nie</w:t>
            </w:r>
          </w:p>
          <w:p w:rsidR="006C459F" w:rsidRDefault="006C459F" w:rsidP="006C459F">
            <w:pPr>
              <w:jc w:val="center"/>
            </w:pPr>
            <w:r>
              <w:t>niższa niż zaproponowana w ofercie</w:t>
            </w:r>
          </w:p>
          <w:p w:rsidR="006C459F" w:rsidRDefault="006C459F" w:rsidP="006C459F">
            <w:pPr>
              <w:jc w:val="center"/>
            </w:pPr>
          </w:p>
        </w:tc>
      </w:tr>
      <w:tr w:rsidR="006C459F" w:rsidTr="006C459F">
        <w:trPr>
          <w:trHeight w:val="5366"/>
        </w:trPr>
        <w:tc>
          <w:tcPr>
            <w:tcW w:w="5637" w:type="dxa"/>
          </w:tcPr>
          <w:p w:rsidR="006C459F" w:rsidRDefault="006C459F" w:rsidP="0072163A">
            <w:pPr>
              <w:jc w:val="both"/>
            </w:pPr>
          </w:p>
        </w:tc>
        <w:tc>
          <w:tcPr>
            <w:tcW w:w="3543" w:type="dxa"/>
          </w:tcPr>
          <w:p w:rsidR="006C459F" w:rsidRDefault="006C459F" w:rsidP="0072163A">
            <w:pPr>
              <w:jc w:val="both"/>
            </w:pPr>
          </w:p>
        </w:tc>
      </w:tr>
    </w:tbl>
    <w:p w:rsidR="006C459F" w:rsidRDefault="006C459F" w:rsidP="0072163A">
      <w:pPr>
        <w:jc w:val="both"/>
      </w:pPr>
    </w:p>
    <w:p w:rsidR="006C459F" w:rsidRDefault="006C459F"/>
    <w:p w:rsidR="00196AB7" w:rsidRDefault="00716ECD">
      <w:r>
        <w:t>..................................., dnia ...........................</w:t>
      </w:r>
    </w:p>
    <w:p w:rsidR="00196AB7" w:rsidRDefault="00716ECD" w:rsidP="006C459F">
      <w:pPr>
        <w:ind w:left="5760"/>
      </w:pPr>
      <w:r>
        <w:t>..............................................</w:t>
      </w:r>
    </w:p>
    <w:p w:rsidR="006C459F" w:rsidRDefault="006C459F" w:rsidP="006C459F">
      <w:pPr>
        <w:ind w:left="5760"/>
      </w:pPr>
      <w:r>
        <w:t>Podpis osoby upoważnionej</w:t>
      </w:r>
    </w:p>
    <w:p w:rsidR="00196AB7" w:rsidRDefault="00716ECD" w:rsidP="006C459F">
      <w:pPr>
        <w:ind w:left="6480" w:firstLine="720"/>
      </w:pPr>
      <w:r>
        <w:lastRenderedPageBreak/>
        <w:t>zał. nr 1a</w:t>
      </w:r>
    </w:p>
    <w:p w:rsidR="00196AB7" w:rsidRDefault="00716ECD">
      <w:r>
        <w:t>………………………..</w:t>
      </w:r>
    </w:p>
    <w:p w:rsidR="00196AB7" w:rsidRDefault="00716ECD">
      <w:r>
        <w:t>Pieczęć Wykonawcy</w:t>
      </w:r>
    </w:p>
    <w:p w:rsidR="006C459F" w:rsidRDefault="006C459F" w:rsidP="006C459F">
      <w:pPr>
        <w:jc w:val="center"/>
        <w:rPr>
          <w:b/>
        </w:rPr>
      </w:pPr>
    </w:p>
    <w:p w:rsidR="0070195D" w:rsidRPr="006C459F" w:rsidRDefault="0070195D" w:rsidP="006C459F">
      <w:pPr>
        <w:jc w:val="center"/>
        <w:rPr>
          <w:b/>
        </w:rPr>
      </w:pPr>
    </w:p>
    <w:p w:rsidR="00196AB7" w:rsidRPr="006C459F" w:rsidRDefault="00716ECD" w:rsidP="006C459F">
      <w:pPr>
        <w:jc w:val="center"/>
        <w:rPr>
          <w:b/>
        </w:rPr>
      </w:pPr>
      <w:r w:rsidRPr="006C459F">
        <w:rPr>
          <w:b/>
        </w:rPr>
        <w:t>OŚWIADCZENIE</w:t>
      </w:r>
    </w:p>
    <w:p w:rsidR="006C459F" w:rsidRDefault="00716ECD" w:rsidP="0070195D">
      <w:pPr>
        <w:jc w:val="both"/>
      </w:pPr>
      <w:r>
        <w:t xml:space="preserve">Przystępując do zaproszenia do złożenia oferty konkursowej na </w:t>
      </w:r>
      <w:r w:rsidR="006C459F">
        <w:t>„Obsługę gastronomiczną XXIX Dni Istebnej 11 i 12 lipca 2026 roku - grill + 1 pawilon gastronomiczny”.</w:t>
      </w:r>
    </w:p>
    <w:p w:rsidR="00196AB7" w:rsidRDefault="00716ECD" w:rsidP="0070195D">
      <w:pPr>
        <w:jc w:val="both"/>
      </w:pPr>
      <w:r>
        <w:t>oświadczam że:</w:t>
      </w:r>
    </w:p>
    <w:p w:rsidR="00196AB7" w:rsidRDefault="00716ECD" w:rsidP="0070195D">
      <w:pPr>
        <w:jc w:val="both"/>
      </w:pPr>
      <w:r>
        <w:t>- jako osoba fizyczna prowadzę działalność gospodarczą, zgodnie z wpisem do działalności</w:t>
      </w:r>
      <w:r w:rsidR="0070195D">
        <w:t xml:space="preserve"> </w:t>
      </w:r>
      <w:r>
        <w:t>gospodarczej, która stanowi załącznik do niniejszego oświadczenia oraz</w:t>
      </w:r>
    </w:p>
    <w:p w:rsidR="00196AB7" w:rsidRDefault="00716ECD" w:rsidP="0070195D">
      <w:pPr>
        <w:jc w:val="both"/>
      </w:pPr>
      <w:r>
        <w:t>- zgodnie z art. 24 ust. 1 pkt. 2 ustawy Prawo zamówień publicznych nie podlegam</w:t>
      </w:r>
      <w:r w:rsidR="0070195D">
        <w:t xml:space="preserve"> </w:t>
      </w:r>
      <w:r>
        <w:t>wykluczeniu z postępowania.</w:t>
      </w:r>
    </w:p>
    <w:p w:rsidR="0070195D" w:rsidRDefault="0070195D" w:rsidP="0070195D">
      <w:pPr>
        <w:jc w:val="both"/>
      </w:pPr>
    </w:p>
    <w:p w:rsidR="0070195D" w:rsidRDefault="0070195D" w:rsidP="0070195D">
      <w:pPr>
        <w:jc w:val="both"/>
      </w:pPr>
    </w:p>
    <w:p w:rsidR="0070195D" w:rsidRDefault="0070195D" w:rsidP="0070195D">
      <w:pPr>
        <w:jc w:val="both"/>
      </w:pPr>
    </w:p>
    <w:p w:rsidR="0070195D" w:rsidRDefault="0070195D" w:rsidP="0070195D">
      <w:pPr>
        <w:jc w:val="both"/>
      </w:pPr>
    </w:p>
    <w:p w:rsidR="00196AB7" w:rsidRDefault="00716ECD">
      <w:r>
        <w:t>…………………………………</w:t>
      </w:r>
    </w:p>
    <w:p w:rsidR="00196AB7" w:rsidRDefault="00716ECD">
      <w:r>
        <w:t>/ miejscowość, data /</w:t>
      </w:r>
    </w:p>
    <w:p w:rsidR="00196AB7" w:rsidRDefault="00716ECD" w:rsidP="0070195D">
      <w:pPr>
        <w:ind w:left="3600"/>
      </w:pPr>
      <w:r>
        <w:t>……………………………………………</w:t>
      </w:r>
    </w:p>
    <w:p w:rsidR="00196AB7" w:rsidRDefault="00716ECD" w:rsidP="0070195D">
      <w:pPr>
        <w:ind w:left="3600"/>
      </w:pPr>
      <w:r>
        <w:t>Podpis i pieczęć osoby / osób uprawnionej (tych)</w:t>
      </w:r>
      <w:r w:rsidR="0070195D">
        <w:t xml:space="preserve"> </w:t>
      </w:r>
      <w:r>
        <w:t>do reprezentowania Wykonawcy</w:t>
      </w:r>
    </w:p>
    <w:p w:rsidR="0070195D" w:rsidRDefault="0070195D"/>
    <w:p w:rsidR="0070195D" w:rsidRDefault="0070195D"/>
    <w:p w:rsidR="0070195D" w:rsidRDefault="0070195D"/>
    <w:p w:rsidR="0070195D" w:rsidRDefault="0070195D"/>
    <w:p w:rsidR="0070195D" w:rsidRDefault="0070195D"/>
    <w:p w:rsidR="0070195D" w:rsidRDefault="0070195D"/>
    <w:p w:rsidR="00196AB7" w:rsidRDefault="00716ECD" w:rsidP="0070195D">
      <w:pPr>
        <w:ind w:left="7200" w:firstLine="720"/>
      </w:pPr>
      <w:r>
        <w:lastRenderedPageBreak/>
        <w:t>zał. nr 2</w:t>
      </w:r>
    </w:p>
    <w:p w:rsidR="00196AB7" w:rsidRDefault="00716ECD">
      <w:r>
        <w:t>………………………..</w:t>
      </w:r>
    </w:p>
    <w:p w:rsidR="00196AB7" w:rsidRDefault="00716ECD">
      <w:r>
        <w:t>Pieczęć Wykonawcy</w:t>
      </w:r>
    </w:p>
    <w:p w:rsidR="0070195D" w:rsidRDefault="0070195D"/>
    <w:p w:rsidR="0070195D" w:rsidRDefault="0070195D"/>
    <w:p w:rsidR="00196AB7" w:rsidRPr="0070195D" w:rsidRDefault="00716ECD" w:rsidP="0070195D">
      <w:pPr>
        <w:jc w:val="center"/>
        <w:rPr>
          <w:b/>
        </w:rPr>
      </w:pPr>
      <w:r w:rsidRPr="0070195D">
        <w:rPr>
          <w:b/>
        </w:rPr>
        <w:t>OŚWIADCZENIE</w:t>
      </w:r>
    </w:p>
    <w:p w:rsidR="00196AB7" w:rsidRDefault="00716ECD" w:rsidP="0070195D">
      <w:pPr>
        <w:jc w:val="both"/>
      </w:pPr>
      <w:r>
        <w:t xml:space="preserve">Przystępując do zaproszenia do złożenia oferty konkursowej na </w:t>
      </w:r>
      <w:r w:rsidR="0070195D">
        <w:t>„Obsługę gastronomiczną XXIX Dni Istebnej 11 i 12 lipca 2026 roku - grill + 1 pawilon gastronomiczny”.</w:t>
      </w:r>
    </w:p>
    <w:p w:rsidR="00196AB7" w:rsidRDefault="00716ECD" w:rsidP="0070195D">
      <w:pPr>
        <w:jc w:val="both"/>
      </w:pPr>
      <w:r>
        <w:t>oświadczamy, że</w:t>
      </w:r>
    </w:p>
    <w:p w:rsidR="00196AB7" w:rsidRDefault="00716ECD" w:rsidP="0070195D">
      <w:pPr>
        <w:jc w:val="both"/>
      </w:pPr>
      <w:r>
        <w:t>- spełniamy wszystkie warunki określone przez Zamawiającego w niniejszym postępowaniu</w:t>
      </w:r>
      <w:r w:rsidR="0070195D">
        <w:t xml:space="preserve"> </w:t>
      </w:r>
      <w:r>
        <w:t>dotyczące art. 22 ust. 1 ustawy Prawo zamówień publicznych, oraz nie zachodzi wobec Nas</w:t>
      </w:r>
      <w:r w:rsidR="0070195D">
        <w:t xml:space="preserve"> </w:t>
      </w:r>
      <w:r>
        <w:t>żadna z przesłanek określonych w art. 24 ust. 1 ustawy Prawo zamówień publicznych.</w:t>
      </w:r>
    </w:p>
    <w:p w:rsidR="0070195D" w:rsidRDefault="0070195D" w:rsidP="0070195D">
      <w:pPr>
        <w:jc w:val="both"/>
      </w:pPr>
    </w:p>
    <w:p w:rsidR="0070195D" w:rsidRDefault="0070195D" w:rsidP="0070195D">
      <w:pPr>
        <w:jc w:val="both"/>
      </w:pPr>
    </w:p>
    <w:p w:rsidR="0070195D" w:rsidRDefault="0070195D"/>
    <w:p w:rsidR="0070195D" w:rsidRDefault="0070195D"/>
    <w:p w:rsidR="00196AB7" w:rsidRDefault="00716ECD">
      <w:r>
        <w:t>…………………………………</w:t>
      </w:r>
    </w:p>
    <w:p w:rsidR="00196AB7" w:rsidRDefault="00716ECD">
      <w:r>
        <w:t>/ miejscowość, data /</w:t>
      </w:r>
    </w:p>
    <w:p w:rsidR="0070195D" w:rsidRDefault="0070195D" w:rsidP="0070195D">
      <w:pPr>
        <w:ind w:left="3600"/>
      </w:pPr>
    </w:p>
    <w:p w:rsidR="00196AB7" w:rsidRDefault="00716ECD" w:rsidP="0070195D">
      <w:pPr>
        <w:ind w:left="3600"/>
      </w:pPr>
      <w:r>
        <w:t>…………………………………………</w:t>
      </w:r>
    </w:p>
    <w:p w:rsidR="00196AB7" w:rsidRDefault="00716ECD" w:rsidP="0070195D">
      <w:pPr>
        <w:ind w:left="3600"/>
      </w:pPr>
      <w:r>
        <w:t>Podpis i pieczęć osoby / osób uprawnionej (tych)</w:t>
      </w:r>
      <w:r w:rsidR="0070195D">
        <w:t xml:space="preserve"> </w:t>
      </w:r>
      <w:r>
        <w:t>do reprezentowania Wykonawcy</w:t>
      </w:r>
    </w:p>
    <w:sectPr w:rsidR="00196A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30B9"/>
    <w:rsid w:val="0015074B"/>
    <w:rsid w:val="00196AB7"/>
    <w:rsid w:val="0029639D"/>
    <w:rsid w:val="00326F90"/>
    <w:rsid w:val="00501358"/>
    <w:rsid w:val="006C459F"/>
    <w:rsid w:val="0070195D"/>
    <w:rsid w:val="00716ECD"/>
    <w:rsid w:val="0072163A"/>
    <w:rsid w:val="0090649E"/>
    <w:rsid w:val="00AA1D8D"/>
    <w:rsid w:val="00B47730"/>
    <w:rsid w:val="00B930E2"/>
    <w:rsid w:val="00BB761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Times New Roman" w:hAnsi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Times New Roman" w:hAnsi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1103E8-0F92-4979-87F9-9773A32DB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1033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Oliwia</cp:lastModifiedBy>
  <cp:revision>5</cp:revision>
  <dcterms:created xsi:type="dcterms:W3CDTF">2026-05-19T08:58:00Z</dcterms:created>
  <dcterms:modified xsi:type="dcterms:W3CDTF">2026-05-19T09:21:00Z</dcterms:modified>
</cp:coreProperties>
</file>